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בחייו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התחנות המרכזיות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לאירועים משמעותיים בתולדות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1978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בציר הזמן לגבי יום הולדתו.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נעצר בידי השלטון הסובייטי, לא הבריטי.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האירוע.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נעשה ראש ממשלה רק ב-1977, אחרי מנהיגים נוספים.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עיראק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תאריך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(נבחר לכנסת הראשונה בראש תנועת החרות)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(הממשלה קלטה פליטים מווייטנאם)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(נחתמו הסכמי קמפ דייוויד)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(נחתם חוזה השלום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(הודיע על פרישה מראשות הממשלה)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הכרונולוגיה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הצטרף לבית״ר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נעצר בידי הסובייטים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נבחר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נעשה ראש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שזה היה הסכם השלום הראשון בין ישראל למדינה ערבית, שהביא לסיום עימות ולנסיגה מסיני.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תזכיר לפחות שלוש תחנות מציר הזמן בסדר כרונולוגי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בריסק, 1913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עימות קשה סביב ספינת נשק, 19 לוחמים נהרגו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או תמונות של האירועים לצד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לזוגות בחלק ההתאמה והסידור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בחייו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חשוב בישראל. בדף הזה נלמד על אירועים חשובים בחייו, ומתי הם קרו.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בית״ר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נוער ציונית שבגין הצטרף אליה כנער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שנאבקה בשלטון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אלטלנה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ספינת נשק ועולים שהייתה מעורבת בעימות קשה ב-1948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תנועת החרות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פוליטית שבגין הקים והוביל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הניצחון המפתיע של בגין בבחירות 1977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הסכמי קמפ דייוויד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הסכמים בין ישראל למצרים שנחתמו ב-1978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של ראש תנועת נוער באזור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 לשלום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שבגין וסאדאת זכו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תנועה הצטרף בגין כשהיה 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תפקידו של בגין במחתרת?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שגריר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מפקד הצבא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מנהיג ממדינה ערבית ביקר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יאסר ערפאת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חוסיין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ביל קלינטון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קיבלו בגין וסאדאת את 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בשבת נחמו ולכן נקרא "מנחם".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השלטון הבריטי ונשלח למחנה 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בפרשת אלטלנה מתו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ב-1939 מונה בגין לנציב __________ בפולין.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1943 מונה בגין למפקד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ב-17.5.1977 התרחש ה__________ - ניצחון בגין בבחירות.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ב-7.6.1981 הפציץ חיל האוויר את הכור הגרעיני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תאריך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1. 1949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נחתם חוזה השלום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הודיע על פרישה מראשות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3. 1978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נבחר לכנסת הראשונה בראש תנועת החרות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נחתמו הסכמי קמפ דייוויד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5. 1983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הממשלה קלטה פליטים מווייטנאם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הכרונולוגיה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לכנסת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הסובייטים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הצטרף לבית״ר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נעשה ראש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חתימת חוזה השלום עם מצרים נחשבת להישג היסטורי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המתארת את מסעו של בגין ממנהיג מחתרת ועד ראש ממשלה שחתם על הסכם שלום.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ואיפה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בפרשת אלטלנה?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חוזה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בחייו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